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3680A" w:rsidRPr="00642E5C" w:rsidRDefault="00000000">
      <w:pPr>
        <w:pStyle w:val="Nagwek1"/>
        <w:jc w:val="center"/>
        <w:rPr>
          <w:b w:val="0"/>
          <w:bCs w:val="0"/>
          <w:color w:val="auto"/>
          <w:lang w:val="pl-PL"/>
        </w:rPr>
      </w:pPr>
      <w:r w:rsidRPr="00642E5C">
        <w:rPr>
          <w:b w:val="0"/>
          <w:bCs w:val="0"/>
          <w:color w:val="auto"/>
          <w:lang w:val="pl-PL"/>
        </w:rPr>
        <w:t>ZAŁĄCZNIK NR 1</w:t>
      </w:r>
    </w:p>
    <w:p w:rsidR="0063680A" w:rsidRPr="00642E5C" w:rsidRDefault="0063680A">
      <w:pPr>
        <w:rPr>
          <w:lang w:val="pl-PL"/>
        </w:rPr>
      </w:pPr>
    </w:p>
    <w:p w:rsidR="0063680A" w:rsidRPr="00642E5C" w:rsidRDefault="00000000">
      <w:pPr>
        <w:pStyle w:val="Nagwek2"/>
        <w:jc w:val="center"/>
        <w:rPr>
          <w:color w:val="auto"/>
          <w:lang w:val="pl-PL"/>
        </w:rPr>
      </w:pPr>
      <w:r w:rsidRPr="00642E5C">
        <w:rPr>
          <w:color w:val="auto"/>
          <w:lang w:val="pl-PL"/>
        </w:rPr>
        <w:t>WNIOSEK O UDZIELENIE POMOCY</w:t>
      </w:r>
    </w:p>
    <w:p w:rsidR="0063680A" w:rsidRPr="00642E5C" w:rsidRDefault="0063680A">
      <w:pPr>
        <w:rPr>
          <w:lang w:val="pl-PL"/>
        </w:rPr>
      </w:pP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Stowarzyszenie Rodzin Katolickich Diecezji Tarnowskiej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I. DANE WNIOSKODAWCY / BENEFICJENTA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1. Imię i nazwisko</w:t>
      </w:r>
      <w:r w:rsidR="00952DE9">
        <w:rPr>
          <w:lang w:val="pl-PL"/>
        </w:rPr>
        <w:t xml:space="preserve">: </w:t>
      </w:r>
      <w:r w:rsidR="00642E5C">
        <w:rPr>
          <w:lang w:val="pl-PL"/>
        </w:rPr>
        <w:t>………………………………………………………………………</w:t>
      </w:r>
      <w:r w:rsidR="00952DE9">
        <w:rPr>
          <w:lang w:val="pl-PL"/>
        </w:rPr>
        <w:t>……………………………………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2. Data urodzenia:</w:t>
      </w:r>
      <w:r w:rsidR="00952DE9">
        <w:rPr>
          <w:lang w:val="pl-PL"/>
        </w:rPr>
        <w:t xml:space="preserve"> …………………………………………………………………………………………………………….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3. Adres zamieszkania:</w:t>
      </w:r>
      <w:r w:rsidR="00952DE9">
        <w:rPr>
          <w:lang w:val="pl-PL"/>
        </w:rPr>
        <w:t xml:space="preserve"> ……………………………………………………………………………………………………..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4. Telefon kontaktowy:</w:t>
      </w:r>
      <w:r w:rsidR="00952DE9">
        <w:rPr>
          <w:lang w:val="pl-PL"/>
        </w:rPr>
        <w:t xml:space="preserve"> ……………………………………………………………………………………………………..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5. Adres e-mail (jeśli dotyczy):</w:t>
      </w:r>
      <w:r w:rsidR="00952DE9">
        <w:rPr>
          <w:lang w:val="pl-PL"/>
        </w:rPr>
        <w:t xml:space="preserve"> …………………………………………………………………………………………..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6. Nr PESEL:</w:t>
      </w:r>
      <w:r w:rsidR="00952DE9">
        <w:rPr>
          <w:lang w:val="pl-PL"/>
        </w:rPr>
        <w:t xml:space="preserve"> ……………………………………………………………………………………………………………………..</w:t>
      </w:r>
    </w:p>
    <w:p w:rsidR="0063680A" w:rsidRDefault="00000000">
      <w:pPr>
        <w:rPr>
          <w:lang w:val="pl-PL"/>
        </w:rPr>
      </w:pPr>
      <w:r w:rsidRPr="00642E5C">
        <w:rPr>
          <w:lang w:val="pl-PL"/>
        </w:rPr>
        <w:t>7. Stopień pokrewieństwa z członkiem Stowarzyszenia (jeśli dotyczy):</w:t>
      </w:r>
      <w:r w:rsidR="00952DE9">
        <w:rPr>
          <w:lang w:val="pl-PL"/>
        </w:rPr>
        <w:t xml:space="preserve"> ………………………………</w:t>
      </w:r>
    </w:p>
    <w:p w:rsidR="009B3DEF" w:rsidRDefault="00952DE9">
      <w:pPr>
        <w:rPr>
          <w:lang w:val="pl-PL"/>
        </w:rPr>
      </w:pPr>
      <w:r>
        <w:rPr>
          <w:lang w:val="pl-PL"/>
        </w:rPr>
        <w:t>8. Numer konta bankowego</w:t>
      </w:r>
      <w:r w:rsidR="009B3DEF">
        <w:rPr>
          <w:lang w:val="pl-PL"/>
        </w:rPr>
        <w:t xml:space="preserve"> dot. Wniosku o zapomogę pieniężną</w:t>
      </w:r>
      <w:r>
        <w:rPr>
          <w:lang w:val="pl-PL"/>
        </w:rPr>
        <w:t xml:space="preserve">: </w:t>
      </w:r>
    </w:p>
    <w:p w:rsidR="00952DE9" w:rsidRPr="00642E5C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……………………………………………………………………………………………...</w:t>
      </w:r>
      <w:r w:rsidR="009B3DEF">
        <w:rPr>
          <w:lang w:val="pl-PL"/>
        </w:rPr>
        <w:t>............................................................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II. CHARAKTERYSTYKA SYTUACJI ŻYCIOWEJ / LOSOWEJ / ZDROWOTNEJ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(Opis aktualnej sytuacji uzasadniającej wniosek o pomoc – max. 1 strona A4)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....................................................................................................</w:t>
      </w:r>
      <w:r w:rsidR="00952DE9">
        <w:rPr>
          <w:lang w:val="pl-PL"/>
        </w:rPr>
        <w:t>...........................................................................................</w:t>
      </w:r>
    </w:p>
    <w:p w:rsidR="0063680A" w:rsidRDefault="00000000">
      <w:pPr>
        <w:rPr>
          <w:lang w:val="pl-PL"/>
        </w:rPr>
      </w:pPr>
      <w:r w:rsidRPr="00642E5C">
        <w:rPr>
          <w:lang w:val="pl-PL"/>
        </w:rPr>
        <w:t>....................................................................................................</w:t>
      </w:r>
      <w:r w:rsidR="00952DE9">
        <w:rPr>
          <w:lang w:val="pl-PL"/>
        </w:rPr>
        <w:t>...........................................................................................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lastRenderedPageBreak/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952DE9" w:rsidRPr="00642E5C" w:rsidRDefault="00952DE9">
      <w:pPr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III. WNIOSKOWANA FORMA POMOCY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☐ Zapomoga pieniężna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☐ Pomoc rzeczowa / materialna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☐ Inna (proszę wskazać):</w:t>
      </w:r>
      <w:r w:rsidR="00952DE9">
        <w:rPr>
          <w:lang w:val="pl-PL"/>
        </w:rPr>
        <w:t xml:space="preserve"> ………………………………………………………………………………………………….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IV. ZAŁĄCZNIKI DO WNIOSKU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1. Dokumenty potwierdzające sytuację życiową (np. zaświadczenie lekarskie, decyzje administracyjne, orzeczenia, inne).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2. Oświadczenie o stanie majątkowym (Załącznik nr 2).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3. Zgoda na przetwarzanie danych osobowych (Załącznik nr 3).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t>V. OŚWIADCZENIA WNIOSKODAWCY</w:t>
      </w:r>
    </w:p>
    <w:p w:rsidR="009B3DEF" w:rsidRPr="00642E5C" w:rsidRDefault="00000000">
      <w:pPr>
        <w:rPr>
          <w:lang w:val="pl-PL"/>
        </w:rPr>
      </w:pPr>
      <w:r w:rsidRPr="00642E5C">
        <w:rPr>
          <w:lang w:val="pl-PL"/>
        </w:rPr>
        <w:t>Oświadczam, że podane przeze mnie dane są zgodne ze stanem faktycznym i prawnym. Jestem świadomy/a odpowiedzialności prawnej za podanie nieprawdziwych informacji.</w:t>
      </w:r>
    </w:p>
    <w:p w:rsidR="009B3DEF" w:rsidRDefault="00000000">
      <w:pPr>
        <w:rPr>
          <w:lang w:val="pl-PL"/>
        </w:rPr>
      </w:pPr>
      <w:r w:rsidRPr="00642E5C">
        <w:rPr>
          <w:lang w:val="pl-PL"/>
        </w:rPr>
        <w:br/>
        <w:t>Data i podpis wnioskodawcy / przedstawiciela ustawowego / pełnomocnika:</w:t>
      </w:r>
    </w:p>
    <w:p w:rsidR="0063680A" w:rsidRPr="00642E5C" w:rsidRDefault="00000000">
      <w:pPr>
        <w:rPr>
          <w:lang w:val="pl-PL"/>
        </w:rPr>
      </w:pPr>
      <w:r w:rsidRPr="00642E5C">
        <w:rPr>
          <w:lang w:val="pl-PL"/>
        </w:rPr>
        <w:br/>
      </w:r>
      <w:r w:rsidRPr="00642E5C">
        <w:rPr>
          <w:lang w:val="pl-PL"/>
        </w:rPr>
        <w:br/>
        <w:t>..............................................................</w:t>
      </w:r>
      <w:r w:rsidR="00952DE9">
        <w:rPr>
          <w:lang w:val="pl-PL"/>
        </w:rPr>
        <w:t>.................................................................................................................................</w:t>
      </w:r>
    </w:p>
    <w:p w:rsidR="0063680A" w:rsidRPr="00952DE9" w:rsidRDefault="00000000" w:rsidP="00952DE9">
      <w:pPr>
        <w:rPr>
          <w:lang w:val="pl-PL"/>
        </w:rPr>
      </w:pPr>
      <w:r w:rsidRPr="00642E5C">
        <w:rPr>
          <w:lang w:val="pl-PL"/>
        </w:rPr>
        <w:br/>
      </w:r>
    </w:p>
    <w:sectPr w:rsidR="0063680A" w:rsidRPr="00952DE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91252113">
    <w:abstractNumId w:val="8"/>
  </w:num>
  <w:num w:numId="2" w16cid:durableId="755252553">
    <w:abstractNumId w:val="6"/>
  </w:num>
  <w:num w:numId="3" w16cid:durableId="1460418100">
    <w:abstractNumId w:val="5"/>
  </w:num>
  <w:num w:numId="4" w16cid:durableId="1359085847">
    <w:abstractNumId w:val="4"/>
  </w:num>
  <w:num w:numId="5" w16cid:durableId="2145080071">
    <w:abstractNumId w:val="7"/>
  </w:num>
  <w:num w:numId="6" w16cid:durableId="960384283">
    <w:abstractNumId w:val="3"/>
  </w:num>
  <w:num w:numId="7" w16cid:durableId="39592733">
    <w:abstractNumId w:val="2"/>
  </w:num>
  <w:num w:numId="8" w16cid:durableId="682778409">
    <w:abstractNumId w:val="1"/>
  </w:num>
  <w:num w:numId="9" w16cid:durableId="105006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716D"/>
    <w:rsid w:val="0029639D"/>
    <w:rsid w:val="00326F90"/>
    <w:rsid w:val="00382A38"/>
    <w:rsid w:val="0055338B"/>
    <w:rsid w:val="0063680A"/>
    <w:rsid w:val="00642E5C"/>
    <w:rsid w:val="00952DE9"/>
    <w:rsid w:val="009B3DEF"/>
    <w:rsid w:val="00AA1D8D"/>
    <w:rsid w:val="00B47730"/>
    <w:rsid w:val="00C65A3F"/>
    <w:rsid w:val="00CB0664"/>
    <w:rsid w:val="00DF566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CDF29E19-6C0A-4617-B9F7-88B9BCCE6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2477</Characters>
  <Application>Microsoft Office Word</Application>
  <DocSecurity>0</DocSecurity>
  <Lines>20</Lines>
  <Paragraphs>5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>ZAŁĄCZNIK NR 1</vt:lpstr>
      <vt:lpstr>    WNIOSEK O UDZIELENIE POMOCY</vt:lpstr>
      <vt:lpstr/>
    </vt:vector>
  </TitlesOfParts>
  <Manager/>
  <Company/>
  <LinksUpToDate>false</LinksUpToDate>
  <CharactersWithSpaces>2884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Damian Bogacz</cp:lastModifiedBy>
  <cp:revision>2</cp:revision>
  <dcterms:created xsi:type="dcterms:W3CDTF">2026-01-18T17:56:00Z</dcterms:created>
  <dcterms:modified xsi:type="dcterms:W3CDTF">2026-01-18T17:56:00Z</dcterms:modified>
  <cp:category/>
</cp:coreProperties>
</file>